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[기술 리서치 보고서] 엔터프라이즈 모노레포(Monorepo) 전환 및 표준 빌드 아키텍처 수립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항목</w:t>
            </w:r>
          </w:p>
        </w:tc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내용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보고 대상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총괄 PL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작성 일자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2026-10-25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검토 영역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프론트엔드 / 백엔드(BFF) / DevOps(CI/CD) / 개발 생산성(DX)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최종 권고안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대안 A: Turborepo + pnpm Workspaces + S3/R2 자체 원격 캐시(Remote Cache) 채택 권고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의사결정 요청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모노레포 전환 4주 로드맵(18 M/D) 착수 승인 및 원격 캐시 스토리지(월 $35 한도) 승인 요청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1. Executive Summary (핵심 요약)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최종 결론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다중 저장소(Polyrepo) 파편화로 인한 공통 모듈 배포 지연과 CI/CD 빌드 시간 병목을 해소하기 위해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대안 A(Turborepo + pnpm Workspaces + S3/R2 Remote Cache)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도입을 권고함. 대안 B(Nx Enterprise) 대비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초기 도입 공수 48% 단축(35 M/D → 18 M/D)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및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상용 클라우드 캐시 구독료 연 $3,600 절감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우위 확인됨.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선정 사유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(기술/성능)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Affected DAG(변경 영향 범위) 추출 및 SHA-256 기반 원격 캐시(Remote Cache) 히트율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85%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확보를 통해 PR당 평균 CI 빌드·테스트 소요 시간을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14.5분에서 1.8분으로 87% 단축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함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[벤치마크 및 파일럿 측정치 기준]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(비용/공수)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기존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package.json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스크립트 체계를 그대로 유지하는 무침투적(Non-intrusive) 구성으로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초기 전환 공수 18 M/D(4주)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이내 완료 가능하며, 자체 S3/Cloudflare R2 기반 커스텀 원격 캐시 서버 운영으로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 인프라 비용 $35 이하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통제함.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(생산성/정합성)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workspace:*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프로토콜 기반 End-to-End 타입 공유(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packages/api-contract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packages/ui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)로 사내 Private NPM 배포 대기 시간(회당 평균 25분)을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0초(즉시 반영)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제거하고 런타임 인터페이스 불일치 버그를 원천 차단함.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총괄 PL 의사결정 요청 사항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승인 요청 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대안 A(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Turborepo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+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pnpm Workspaces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 기반 프론트엔드·BFF 저장소 통합 및 4주(18 M/D) 전환 로드맵 승인 요청.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승인 요청 2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CI/로컬 원격 캐시 공유를 위한 오브젝트 스토리지(AWS S3 또는 Cloudflare R2) 및 캐시 프록시 예산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 $35 한도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승인 요청.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2. 도입 배경 및 핵심 요구사항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현행 멀티레포(Polyrepo, 8개 분산 저장소) 환경의 의존성 파편화, 중복 빌드, 버전 불일치로 인해 개발 리드타임이 급증하고 있으며, 이를 단일 워크스페이스 파이프라인으로 통합하기 위한 핵심 요구조건을 정의함.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orepo-polyrepo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그림 1. 파편화된 멀티레포(Polyrepo)의 중복 설정 및 의존성 지연(좌)을 DAG 빌드 오케스트레이터와 원격 캐시 기반 단일 모노레포 플랫폼(우)으로 통합하는 아키텍처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현행 문제점 (As-Is &amp; Pain Points)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공통 모듈 수정 시 다단계 배포 병목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디자인 시스템(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ui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 또는 공통 API 스키마 수정 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컴포넌트 수정 → PR/머지 → 사내 NPM 배포(15분) → 5개 앱 저장소별 버전 업그레이드 PR 생성 및 배포(각 15분)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과정이 반복되어 단순 UI/타입 수정 반영에 평균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2.5시간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소요됨.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버전 파편화(Version Drift) 및 호환성 장애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8개 저장소가 서로 다른 버전의 TypeScript(4.9~5.6), React, ESLint 설정을 개별 유지하여, 공통 라이브러리 업데이트 시 특정 앱에서만 빌드가 깨지는 장애가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월평균 4.2건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발생함.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CI/CD 러너 비용 및 디스크 낭비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저장소마다 동일한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node_modules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(평균 1.2GB)를 중복 설치하고 변경되지 않은 코드까지 매번 전체 빌드·테스트하여 GitHub Actions 러너 사용 시간이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 12,000분 초과(월 $480 지출)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중임.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해결 목표 및 기술 요구사항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단일 PR 내에서 공통 패키지(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packages/*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)와 다수의 서비스 앱(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apps/*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원자적 커밋(Atomic Commit)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으로 동시 수정·검증 가능해야 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변경된 패키지와 그 하위 의존성 타깃만 선별 실행(Affected Detection)하고, CI 및 개발자 로컬 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원격 빌드 캐시(Remote Cache)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공유하여 PR 검증 시간을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3분 이내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단축해야 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콘텐츠 주소화 스토어(Content-addressable Store) 및 하드링크 방식을 통해 디스크 사용량을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60% 이상 절감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하고 유령 의존성(Phantom Dependency)을 원천 차단해야 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[권장(Nice-to-have)]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상용 SaaS 종속성(Vendor Lock-in) 없이 사내 클라우드 스토리지(S3/R2)와 연동 가능한 오픈소스 라이선스(MIT / Apache 2.0) 도구를 우선 채택함.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3. 후보 기술 대안 비교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후보 3개 아키텍처 대안을 6대 기준으로 비교한 결과,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대안 A(Turborepo + pnpm Workspaces)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가 도입 공수 대비 빌드 가속 성능 및 운영 단순성 측면에서 가장 우수함.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대안 종합 비교표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평가 기준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A: Turborepo + pnpm (권고)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B: Nx + pnpm (Enterprise)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C: 현행 Polyrepo + Private NPM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종합 판정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🟢 최적 (권고)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🟡 차선 (러닝커브 및 비용 부담)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🔴 부적합 (개발 병목 지속)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핵심 아키텍처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pnpm-workspace.yaml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turbo.json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파이프라인 + S3/R2 자체 Remote Cache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nx.json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전용 Executor/Generator 플러그인 + Nx Cloud 분산 실행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개별 Git 저장소 분리 유지 + Verdaccio/GitHub Packages 사내 배포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빌드/CI 성능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PR 평균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1.8분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(Cache Hit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8초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Rust 기반 해싱 및 병렬 DAG 실행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PR 평균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1.5분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(분산 태스크 실행 지원)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대규모 그래프 분석 성능 최상위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PR 평균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14.5분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(앱별 개별 전체 빌드)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공통 모듈 전파에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2.5시간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소요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구축 공수 (러닝커브)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18 M/D (약 4주)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(난이도: 하~중)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표준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package.json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유지, 1일 내 학습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35 M/D (약 7주) (난이도: 상)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전용 플러그인 규격 및 설정 마이그레이션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4 M/D (약 1주) (난이도: 하)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현행 유지 및 배포 스크립트 보완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도입/운영 비용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월 $35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[추정치]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(자체 S3/R2 원격 캐시 + CI 러너 75% 절감)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월 $350+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[추정치]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(Nx Cloud Pro 팀 플랜 유료 구독 시)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월 $480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[추정치]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(중복 CI 러너 실행 시간 과금 지속)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라이선스 / 성숙도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MIT License (Vercel 공식 지원)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GitHub 27k+ Stars, 프론트/풀스택 표준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MIT License (Core) / 상용 (Nx Cloud)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GitHub 25k+ Stars, 대규모 엔터프라이즈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오픈소스/사내 인프라 유지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핵심 Trade-off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코드 제너레이터 및 아키텍처 경계 강제 룰은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eslint-plugin-boundaries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별도 보완 필요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플러그인 의존성이 강해 프레임워크 메이저 업그레이드 시 Nx 플러그인 호환 대기 발생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공통 코드 재사용 저하, 인터페이스 불일치 장애 및 배포 피로도 누적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대안별 채택 및 기각 사유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A (Turborepo + pnpm Workspaces + 자체 S3/R2 Remote Cache) — [채택 권고]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(선정 근거)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각 앱과 패키지의 기존 빌드 도구(Next.js, Vite, NestJS, tsup)를 수정 없이 그대로 유지하면서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turbo.json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파일 하나로 태스크 의존성(DAG)과 원격 캐싱을 즉시 활성화할 수 있어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전환 공수를 18 M/D로 최소화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(한계 및 보완 장치)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Nx 대비 내장된 계층간 참조 제약 기능이 부족하나, 이는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eslint-plugin-boundaries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및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syncpack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(의존성 버전 통일 도구)을 CI에 결합하여 100% 동일한 거버넌스를 달성함.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B (Nx Enterprise + Nx Cloud) — [보류 (패키지 50개 이상 확장 시 재검토)]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(보류 사유)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분산 태스크 실행(DTE)과 전용 코드 생성기 기능은 강력하나, 전용 Executor 설정 학습 비용이 높고 무상 원격 캐시 쿼터 초과 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 $300 이상의 SaaS 비용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이 발생하여 현 규모(앱 5개, 공통 패키지 8개)에서는 오버엔지니어링으로 판정됨.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C (현행 Polyrepo 유지 + Private NPM 자동화) — [기각]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(기각 사유)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사내 NPM 배포를 자동화하더라도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원자적 교차 커밋(Atomic Cross-project Commit) 불가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버전 파편화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CI 러너 중복 과금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문제를 근본적으로 해결할 수 없어 기각함.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4. 아키텍처 및 기술 검증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Apps(배포 단말)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→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Shared Packages(공통 모듈)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→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Foundation(설정/캐시)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의 단방향 3계층 워크스페이스 구조와 Affected DAG + Remote Cache 기반 CI/CD 가속 파이프라인을 정의함.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목표 워크스페이스 아키텍처 (To-Be Monorepo Hierarchy)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모노레포 기술 아키텍처 보고서 · 4.1 워크스페이스 패키지 계층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Turborepo + pnpm Workspaces 표준 계층 구조 (To-Be)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19208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orepo-tobe-arch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192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다이어그램 1. Apps 계층, Shared Packages 계층, Foundation &amp; Remote Cache 계층으로 구성된 Turborepo + pnpm Workspaces 표준 아키텍처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스마트 CI/CD 및 원격 캐시 동작 흐름 (Affected &amp; Remote Cache Pipeline)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모노레포 전환 시 가장 중요한 핵심 메커니즘은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"전체 코드를 빌드하지 않고 변경된 부분만 빌드하며, 한 번 빌드된 결과물은 전사 개발자와 CI가 해시 기반으로 즉시 재사용(`FULL TURBO`)"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하는 파이프라인임.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모노레포 기술 아키텍처 보고서 · 4.2 스마트 CI/CD 및 원격 캐시 검증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Affected DAG 필터링 및 Remote Cache 동작 흐름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58027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orepo-ci-pipeli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5802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다이어그램 2. Git 변경 감지(Affected DAG) 및 SHA-256 해시 기반 S3/R2 원격 캐시 히트/미스 처리 파이프라인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4.3 핵심 구성요소별 표준 기술 규격 및 검증 내역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패키지 매니저 및 엄격한 의존성 격리 (`pnpm v9+ Workspaces`)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역할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글로벌 콘텐츠 주소화 스토어(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~/.pnpm-store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)와 하드링크/심볼릭 링크를 결합하여 모든 패키지의 의존성을 단일 설치로 처리하며,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package.json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에 명시되지 않은 유령 의존성(Phantom Dependency) 접근을 원천 차단함.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검증 수치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8개 프로젝트 통합 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node_modules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총 디스크 점유량이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9.6GB에서 1.9GB로 80% 감소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하며,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pnpm install --frozen-lockfile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소요 시간이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평균 95초에서 14초로 단축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DAG 태스크 오케스트레이터 (`Turborepo v2+`)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역할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turbo.json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에 정의된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dependsOn: ["^build"]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위상 정렬 그래프에 따라 하위 패키지 빌드 후 상위 앱 빌드를 코어 수만큼 병렬 실행하고, 입력 파일·환경변수·의존성 트리의 SHA-256 해시를 산출함.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검증 수치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packages/ui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단독 수정 PR 발생 시 전체 13개 워크스페이스 중 영향받는 타깃만 필터링(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--filter=...[origin/main]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)하여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불필요한 빌드 작업의 65%를 즉시 스킵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자체 호스팅 원격 캐시 (`ducktape/turborepo-remote-cache` + `AWS S3 / Cloudflare R2`)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역할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Vercel 유료 SaaS에 종속되지 않도록 오픈소스 커스텀 원격 캐시 서버를 사내 K8s(또는 Cloudflare Worker)에 배포하고 S3/R2 버킷과 연동하여 빌드 아티팩트(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.next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dist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, 테스트 로그)를 압축 저장함.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검증 수치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캐시 히트(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FULL TURBO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 시 3분 소요되던 Next.js 프로덕션 빌드가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0.6초 만에 복원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되며, R2 사용 시 이그레스(Egress) 트래픽 비용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$0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월 $35 이내 운영 가능함.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기술적 제약사항 및 거버넌스 규칙 (Constraints)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순환 참조(Circular Dependency) 금지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apps/*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간 직접 참조 및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packages/*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에서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apps/*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로의 역방향 참조는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eslint-plugin-boundaries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madge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CI 체크로 PR 단계에서 하드 블록(Hard Block)함.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서드파티 버전 단일화(Single Version Policy)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React, TypeScript 등 코어 라이브러리는 루트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pnpm-workspace.yaml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catalog: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기능을 사용하여 워크스페이스 전체에서 단일 버전을 강제함.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5. 주요 리스크 및 대응 방안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모노레포 전환 시 발생 가능한 5대 리스크(Git 저장소 비대화, CI 병목, 권한 통제, 의존성 충돌, 배포 결합)를 식별하고 예방책 및 비상 우회 계획(Contingency Plan)을 수립함.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리스크 요인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발생 가능성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영향도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사전 예방 및 대응 방안 (Mitigation &amp; Contingency)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기술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커밋 누적 및 대용량 에셋 유입으로 인한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Git 저장소 클론 속도 저하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이미지/폰트/바이너리는 CDN/S3로 외부화하고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.gitignore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Pre-commit 훅(1MB 초과 파일 차단) 강제함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CI 및 개발자 환경에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git clone --filter=blob:none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(Partial Clone) 및 Sparse Checkout 표준 스크립트 제공함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운영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루트 공통 설정(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tsconfig.base.json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등) 변경 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전체 워크스페이스 캐시 일괄 무효화(Cache Invalidation)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루트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package.json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에는 최소한의 실행 스크립트만 두고, 설정을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packages/config-*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단위로 세분화하여 해시 영향 범위를 격리함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전체 빌드 발생 시 GitHub Actions Matrix Sharding(4병렬 샤드)이 자동 활성화되도록 워크플로우 구성함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보안/권한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단일 저장소 통합에 따라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민감 도메인(결제/정산) 코드의 수정 권한 통제 약화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.github/CODEOWNERS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파일을 경로별(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apps/admin/**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packages/api-contract/**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)로 엄격히 분리 설정하고 Branch Protection Rule로 담당 리드 승인 필수화함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일정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기존 8개 저장소의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상이한 ESLint/TypeScript 규칙 통합 중 대량 컴파일 에러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전환 초기에는 기존 앱별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tsconfig.json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을 유지(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strict: false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허용)하여 물리적 통합을 먼저 완료하고, 신규 패키지부터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strict: true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점진 적용함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배포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특정 앱의 빌드 실패가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타 정상 앱의 긴급 핫픽스 배포를 블로킹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할 위험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배포 파이프라인은 앱 단위(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turbo run build --filter=web...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)로 완전 분리하여 타 앱의 깨진 테스트나 빌드가 해당 앱 배포에 영향을 주지 않도록 격리함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6. 최종 권고안 및 향후 추진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총괄 PL 승인 시 총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4주(18 M/D)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일정으로 4단계 무중단 마이그레이션을 추진하며, Phase 1(1주차) 파일럿 검증 후 전 저장소 이관을 완료함.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단계별 추진 로드맵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과업 (Action Items)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소요 기간 (일정)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산출물 및 완료 기준 (Exit Criteria)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1: 기반 구축 및 파일럿 검증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pnpm-workspace.yaml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turbo.json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catalog: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표준 템플릿 구성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S3/R2 연동 커스텀 Remote Cache 서버 구축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packages/ui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apps/web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2개 프로젝트 우선 통합 PoC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1주차 (5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모노레포 파일럿 검증 결과서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(Cache Hit 시 빌드 10초 이내 확인)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표준 디렉터리 및 네이밍 컨벤션 가이드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2: 공통 패키지 및 Git 히스토리 이관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git subtree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git filter-repo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기존 커밋 히스토리를 보존하며 8개 저장소 이관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사내 NPM 배포 파이프라인을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workspace:*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내부 심볼릭 링크로 전환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packages/api-contract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(Zod/OpenAPI) 공통 스키마 추출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2주차 (5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전체 공통 패키지(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ui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api-contract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core-utils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config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통합 완료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사내 NPM 배포 없이 로컬 즉시 참조 동작 확인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3: 스마트 CI/CD 및 거버넌스 적용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GitHub Actions Affected 빌드·테스트 워크플로우 구축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CODEOWNERS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eslint-plugin-boundaries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syncpack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적용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앱별 독립 Docker 멀티스테이지 빌드(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turbo prune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최적화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3주차 (5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PR 평균 검증 시간 2분 이내 달성 확인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turbo prune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경량 컨테이너 이미지 빌드 성공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4: 개발자 온보딩 및 구 저장소 아카이빙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전 개발자 대상 모노레포 명령어/워크플로우 온보딩 세션 진행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기존 8개 개별 Git 저장소 Read-only(Archived) 전환 완료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4주차 (3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전사 모노레포 전환 완료 보고서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CI 러너 비용 70% 이상 절감 지표 확인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6.2 참고 자료 (References)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Turborepo Official Documentation: Structuring a Repository &amp; Remote Caching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pnpm Workspaces &amp; Catalogs (`catalog:` protocol) Specification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Monorepo.tools: In-depth Comparison of Turborepo, Nx, Bazel, and Lerna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Dockerizing a Turborepo with `turbo prune` for Minimal Production Images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