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[아키텍처 설계 명세서] Spring Boot · Embedded Tomcat · Jenkins · Nexus · Git 표준 배포 아키텍처 및 운영 가이드 (SAD)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번호 (Doc ID)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SAD-DEPLOY-2026-001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버전 (Version)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대상 시스템 / 범위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전사 Spring Boot 백엔드 표준 CI/CD 및 배포 체계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상태 (Status)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APPROVED (표준 배포 가이드 확정)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설계 책임 (Architect)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플랫폼 엔지니어링 &amp; DevOps 코어 그룹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준거 표준 (Standard)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ISO/IEC/IEEE 42010 · 4+1 View · SLSA Level 3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런타임 기준 스택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 Boot 3.3 (Embedded Tomcat 10.1) + Jenkins + Nexus 3 + Git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등급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대외비 (Internal Engineering Standard)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문서 제·개정 이력 (Revision History)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버전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일자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변경 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작성 / 승인자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설계 제·개정 내역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v0.5.0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2026-10-14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초안 작성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DevOps 아키텍처 TF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 · Jenkins · Nexus 3 · Embedded Tomcat 기반 표준 CI/CD 파이프라인 및 디렉토리 규격 정의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v0.9.0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2026-10-21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검토 반영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SRE &amp; 미들웨어 파트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Nginx Upstream Draining, Graceful Shutdown(30s), Atomic Symlink 무중단 롤백 스크립트 반영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표준 승인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심의 위원회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4대 아키텍처 뷰(논리·프로세스·데이터·배포) 및 배포 적합성 자동 검증 규칙 최종 승인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제1장. 설계 개요 및 아키텍처 원칙 (1. Architecture Overview &amp; Principles)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[설계 핵심 정의 (Architecture Blueprint Summary)]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본 설계서 및 배포 가이드는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Git(형상 관리) → Jenkins(CI/CD 파이프라인 오케스트레이터) → Sonatype Nexus 3(불변 아티팩트 저장소) → Spring Boot Embedded Tomcat(타겟 WAS 런타임)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으로 이어지는 전사 표준 소프트웨어 공급망(Software Supply Chain)과 무중단 롤링 배포(Zero-Downtime Rolling Deployment) 아키텍처를 명세함.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1.1 시스템 컨텍스트 및 불변 아티팩트(Immutable Artifact) 배포 개념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시스템 경계 및 빌드·런타임 분리 구조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모든 애플리케이션 소스코드는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Git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에서 단일 진실 공급원(SSOT)으로 관리되며,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Jenkins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빌드 클러스터에서 컴파일·단위 테스트·정적 보안 분석(SonarQube)을 통과한 뒤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실행 가능한 단일 Fat JAR(Embedded Tomcat 내장)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형태로 패키징됨.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생성된 바이너리는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Sonatype Nexus 3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저장소에 버전별 불변(Immutable) 아티팩트로 영구 봉인되며, 개발·검증·운영 타겟 서버는 재빌드 없이 오직 Nexus에서 검증된 동일 아티팩트를 다운로드하여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systemd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및 심볼릭 링크(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Symlink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 스왑 방식으로 기동함.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git-jenkins-nexus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Git · Jenkins · Nexus · Spring Boot Embedded Tomcat 기반 표준 CI/CD 공급망 및 배포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1.2 배포 아키텍처 핵심 설계 원칙 명세 (Architecture Principles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원칙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설계 원칙명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상세 설계 규격 및 강제 사항 (Design Rule Specification)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방법 (Fitness Check)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단일 빌드 및 불변 아티팩트 승격 (Build Once, Deploy Anywhere)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환경별(Dev/Stg/Prod) 재빌드를 전면 금지하며,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 1회 빌드된 Fat JAR 아티팩트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Nexus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 등록 후 전 환경에 동일 바이너리를 배포함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타겟 WAS 서버 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 clone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gradle/maven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컴파일 도구 설치를 엄격히 금지함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DEPLOY-RULE-01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SHA-256 대조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설정 외부화 및 아티팩트 환경 독립성 (Externalized Config)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JAR 패키지 내부에는 환경 종속 정보(DB 접속 URL, 패스워드, API Key) 포함을 금지함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런타임 환경 설정은 타겟 서버의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/app/{service}/config/application-{profile}.yml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암호화 환경변수로 외부에서 주입함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DEPLOY-RULE-02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Spring Profile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무중단 롤링 배포 및 우아한 종료 (Zero-Downtime &amp; Graceful Shutdown)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배포 시 앞단 L7(Nginx/ALB)에서 대상 노드의 트래픽 유입을 선차단(Draining)한 후 배포를 수행함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Spring Boot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server.shutdown=graceful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설정을 통해 진행 중인 인플라이트(In-flight) 요청을 최대 30초간 완결 처리한 뒤 프로세스를 종료함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DEPLOY-RULE-03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부하 중 배포 테스트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심볼릭 링크 기반 원자적 스왑 및 즉시 롤백 (Atomic Symlink Rollback)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실행 경로(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/app/{service}/current/app.jar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)는 버전별 보관 디렉토리(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releases/app-{ver}.jar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)를 가리키는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심볼릭 링크(`ln -sfn`)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구성함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배포 후 헬스체크 실패 시 재빌드 없이 이전 버전 JAR로 심볼릭 링크를 즉시 환원하여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15초 이내 롤백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보장함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deploy.sh --rollback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검증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최소 권한 데몬 격리 및 자동 복구 (Systemd Privilege Isolation)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Embedded Tomcat 프로세스는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root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계정 실행을 금지하며, 로그인 쉘이 차단된 전용 계정(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appuser:appgroup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/sbin/nologin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유닛으로 기동함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프로세스 비정상 종료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Restart=on-failure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정책으로 자동 복구함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DEPLOY-RULE-04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Linux CIS Audit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1.3 비기능 품질 속성 및 배포 SLA/SLO 명세 (Quality Attribute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요구사항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품질 속성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정량 목표 지표 (Target SLA / SLO)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실현 메커니즘 (Architectural Tactics)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배포 무중단성 (Zero-Downtime)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주간 운영 배포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HTTP 502/503 에러 발생률 0.00%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인플라이트 트랜잭션 강제 단절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0건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Nginx Upstream Draining(3초 대기) + Spring Boot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Graceful Shutdown(30s)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/actuator/health/readiness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HTTP 200 확인 후 로드밸런서 재투입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배포 리드타임 (Lead Time)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코드 푸시(Merge)부터 Nexus 등록까지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CI 소요시간 ≤ 4분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타겟 WAS 그룹 전체 롤링 배포 완료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CD 소요시간 ≤ 4분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Jenkins Agent 내 Nexus 로컬 캐시 미러링 및 Gradle Build Cache 활성화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Group A → Group B 순차 롤링 스크립트 및 Actuator 워밍업 폴링 자동화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롤백 복구 시간 (Rollback RTO)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배포 실패 감지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자동 롤백 완료 ≤ 15초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수동 특정 버전 지정 롤백 완료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30초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타겟 서버 로컬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디렉토리에 직전 5개 버전 골든 JAR 상시 보존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ln -sfn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심볼릭 링크 포인터 스왑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systemctl restart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실행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WAS 런타임 처리량 (Tomcat Performance)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노드당(4 vCPU, 8GB RAM)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1,500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100ms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Full GC에 의한 Stop-The-World 지연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10ms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Embedded Tomcat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max-threads=200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max-connections=8192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accept-count=100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튜닝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Java 21 LTS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G1GC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ZGC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Xms=Xmx=4g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힙 메모리 고정 할당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공급망 무결성 (Supply Chain Security)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미검증 외부 라이브러리 직접 반입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빌드-배포 간 바이너리 위변조 발생률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0.00%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인터넷 차단 및 Nexus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maven-central-proxy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단일 경로 의존성 반입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Nexus 업로드 시 생성된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SHA-256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체크섬과 타겟 서버 다운로드 파일 간 해시 대조 강제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제2장. 논리 아키텍처 및 컴포넌트 설계 (2. Logical &amp; Component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Git · Jenkins · Nexus · Embedded Tomcat 논리 아키텍처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구조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전체 배포 시스템은 역할과 네트워크 보안 경계에 따라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`SCM &amp; Governance Zone (형상/설정 관리)` → `CI/CD &amp; Artifact Hub (빌드·품질검증·아티팩트 금고)` → `Target WAS Runtime Zone (리버스 프록시 및 임베디드 톰캣 런타임)`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의 3대 영역·8개 표준 컴포넌트(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COMP-08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)로 구성됨.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01 · LOGICAL &amp;amp; COMPONENT ARCHITECTURE (SCM · CI/CD HUB · EMBEDDED TOMCAT RUNTIME)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[논리 뷰] Git · Jenkins · Nexus · Embedded Tomcat 컴포넌트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deploy-logical-layer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1 논리 뷰 — Git · Jenkins · Nexus · Embedded Tomcat 배포 아키텍처 컴포넌트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컴포넌트 카탈로그 및 책임 명세표 (Component Specification Catalog)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소속 영역 / 노드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설계 책임 (Core Responsibilities)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입출력 인터페이스 및 보안·의존성 제약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Git SCM Repository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SCM Zone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(GitLab / GitHub Enterprise)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애플리케이션 소스코드,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Jenkinsfile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DB 마이그레이션 SQL 버전 관리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GitFlow/Trunk 브랜치 보호 규칙 적용 및 Merge/Tag 이벤트 시 Webhook 발행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출력: Jenkins Webhook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POST /generic-webhook-trigger/invoke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제약: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/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release/*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브랜치 직접 Push 금지 (최소 2인 PR 승인 필수)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Config &amp; Secret Vault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SCM &amp; Secret Zone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(Git Config / Credentials)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환경별 외부 설정 파일(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application-{profile}.yml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배포 스크립트 관리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DB 계정, JWT 서명키, Jasypt 마스터 패스워드의 암호화 보관 및 런타임 주입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연동: Jenkins Credentials Binding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withCredentials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제약: 평문 비밀번호·개인키의 Git 커밋 원천 차단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gitleaks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사전 검증)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Jenkins CI/CD Controller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CI/CD Hub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(Jenkins LTS Master/Agent)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선언적 파이프라인(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Jenkinsfile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파싱, 빌드 스케줄링 및 스테이지 상태 관리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운영 환경(Prod) 배포 시 승인자 수동 승인(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input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Gate) 및 배포 감사 로그 기록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구조: Controller는 스케줄링만 담당하며 실제 빌드는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격리된 Build Agent 노드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에서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인증: SSO/RBAC 기반 배포 권한 분리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Build &amp; Quality Gate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CI/CD Hub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(Gradle 8 / Maven 3.9 + SonarQube)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Java 21 컴파일, JUnit 5 단위/통합 테스트 실행 및 Spring Boot Executable Fat JAR 패키징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SonarQube 정적 코드 분석 및 OWASP 의존성 취약점(CVE) 스캔 수행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의존성 조회: 오직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 (Nexus maven-public)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경유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차단 기준: 테스트 실패, 커버리지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&lt; 80%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Critical 취약점 발견 시 즉시 빌드 중단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Sonatype Nexus 3 Vault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CI/CD Hub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(Nexus Repository Manager 3)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외부 오픈소스 캐싱(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maven-central-proxy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및 사내 빌드 산출물(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snapshots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영구 저장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배포 대상 Fat JAR의 버전 관리, 메타데이터(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maven-metadata.xml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SHA-256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해시 제공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정책: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저장소는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Write-Once (`Allow redeploy: Disable`)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설정하여 기존 배포 버전 덮어쓰기 원천 차단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`COMP-06`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CD Rolling Deploy Engine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CI/CD Hub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(Ansible / SSH Deploy Runner)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타겟 WAS 서버군을 Group A / Group B로 분할하여 순차적 무중단 롤링 배포 오케스트레이션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Nexus 아티팩트 다운로드 명령 하달, Nginx 트래픽 제어, 헬스체크 폴링 및 실패 시 자동 롤백 트리거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프로토콜: 배포 전용 Bastion 채널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SSH (TCP 22, Ed25519 Key 인증)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타임아웃: 노드당 헬스체크 최대 60초 대기, 미통과 시 즉시 배포 중단 및 롤백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`COMP-07`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L7 Reverse Proxy (Nginx/ALB)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Target Runtime Zone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(DMZ / Web Tier)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외부 클라이언트 HTTPS 종단, 정적 리소스 처리 및 뒷단 Embedded Tomcat 업스트림 로드밸런싱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배포 대상 노드의 트래픽 유입을 무중단으로 차단(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down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Draining)하고 복귀(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)시키는 스위치 역할 수행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설정: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proxy_next_upstream error timeout http_502 http_503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연동: 배포 스크립트에 의한 업스트림 설정 전환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nginx -s reload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(무중단 설정 반영)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`COMP-08`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Spring Boot Embedded Tomcat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Target Runtime Zone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(Private WAS Tier)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외장 WAS 설치 없이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spring-boot-starter-web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내장된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Apache Tomcat 10.1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엔진으로 서블릿 컨테이너 구동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서비스 유닛으로 관리되며,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SIGTERM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수신 시 Graceful Shutdown 및 Actuator 헬스 엔드포인트 노출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포트: 애플리케이션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8080/tcp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관리/Actuator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8081/tcp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(내부망 전용 분리)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실행 계정: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appuser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(Non-root 전용 계정)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2.3 Git 리포지토리 및 타겟 WAS 서버 표준 디렉토리 구조 명세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[TEXT]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[1] Git 소스 리포지토리 표준 구조 (Source Repository Layout)</w:t>
              <w:br/>
              <w:t>{service-name}-backend/</w:t>
              <w:br/>
              <w:t>├── Jenkinsfile                        # [COMP-03] 선언적 CI/CD 파이프라인 정의서 (Stage 1~8)</w:t>
              <w:br/>
              <w:t>├── build.gradle.kts                   # [COMP-04] Spring Boot 3.3 + Embedded Tomcat + Nexus Publish 설정</w:t>
              <w:br/>
              <w:t>├── gradle.properties                  # 그룹 ID, 아티팩트 ID, 기본 버전(SemVer) 명세</w:t>
              <w:br/>
              <w:t>├── deploy/</w:t>
              <w:br/>
              <w:t>│   ├── scripts/</w:t>
              <w:br/>
              <w:t>│   │   └── deploy-rolling.sh          # [COMP-06] Nexus 다운로드 · Symlink 스왑 · Nginx Draining · 롤백 스크립트</w:t>
              <w:br/>
              <w:t>│   ├── systemd/</w:t>
              <w:br/>
              <w:t>│   │   └── spring-app.service         # [COMP-08] 리눅스 systemd 데몬 유닛 템플릿</w:t>
              <w:br/>
              <w:t>│   └── nginx/</w:t>
              <w:br/>
              <w:t>│       └── upstream-app.conf          # [COMP-07] Nginx Upstream 로드밸런싱 및 Draining 설정 템플릿</w:t>
              <w:br/>
              <w:t>└── src/</w:t>
              <w:br/>
              <w:t xml:space="preserve">    ├── main/java/...                  # 비즈니스 애플리케이션 소스코드</w:t>
              <w:br/>
              <w:t xml:space="preserve">    └── main/resources/</w:t>
              <w:br/>
              <w:t xml:space="preserve">        └── application.yml            # 공통 기본 설정 + Embedded Tomcat 튜닝 + Graceful Shutdown 규격</w:t>
              <w:br/>
              <w:br/>
              <w:t>[2] 타겟 리눅스 WAS 서버 표준 디렉토리 구조 (Target Server Filesystem: /app/{service})</w:t>
              <w:br/>
              <w:t>/app/order-service/</w:t>
              <w:br/>
              <w:t>├── current/</w:t>
              <w:br/>
              <w:t>│   └── app.jar -&gt; /app/order-service/releases/order-service-1.4.2.jar   # [원자적 Symlink 포인터]</w:t>
              <w:br/>
              <w:t>├── releases/                          # [Nexus에서 다운로드한 불변 Fat JAR 보관소 — 최근 5개 버전 유지]</w:t>
              <w:br/>
              <w:t>│   ├── order-service-1.4.2.jar        # 현재 운영 버전 (+ order-service-1.4.2.jar.sha256)</w:t>
              <w:br/>
              <w:t>│   ├── order-service-1.4.1.jar        # 직전 롤백 대기 버전 (Golden Backup)</w:t>
              <w:br/>
              <w:t>│   └── order-service-1.4.0.jar</w:t>
              <w:br/>
              <w:t>├── config/                            # [패키지 외부 주입 설정 — 권한 chmod 600 appuser:appgroup]</w:t>
              <w:br/>
              <w:t>│   ├── application-prod.yml           # 운영 환경 전용 설정 오버라이드 파일</w:t>
              <w:br/>
              <w:t>│   └── env.conf                       # systemd EnvironmentFile (JAVA_OPTS, JASYPT_ENCRYPTOR_PASSWORD)</w:t>
              <w:br/>
              <w:t>├── bin/</w:t>
              <w:br/>
              <w:t>│   └── deploy-rolling.sh              # 로컬 실행용 배포/롤백 제어 스크립트</w:t>
              <w:br/>
              <w:t>└── run/</w:t>
              <w:br/>
              <w:t xml:space="preserve">    └── order-service.pid              # 프로세스 PID 파일</w:t>
              <w:br/>
              <w:t>/logs/order-service/                   # [OS 루트 파티션 보호를 위해 별도 디스크 볼륨(/logs) 마운트]</w:t>
              <w:br/>
              <w:t>├── app.json.log                       # 실시간 애플리케이션 구조화(JSON) 로그</w:t>
              <w:br/>
              <w:t>├── access_log.2026-10-26.log          # Embedded Tomcat 내장 Access Log</w:t>
              <w:br/>
              <w:t>└── dump/</w:t>
              <w:br/>
              <w:t xml:space="preserve">    └── heapdump_oom.hprof             # OutOfMemoryError 발생 시 자동 덤프 저장 경로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제3장. 프로세스 및 런타임 파이프라인 설계 (3. Process &amp; Runtime Sequence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표준 8단계 CI/CD 빌드 및 무중단 롤링 배포 시퀀스 다이어그램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동적 파이프라인 흐름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전체 배포 공정은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Phase 1(CI: `STEP 1` ~ `STEP 4`)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에서 소스 검증 및 불변 아티팩트를 생성하여 Nexus에 봉인하고,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Phase 2(CD: `STEP 5` ~ `STEP 8`)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에서 타겟 WAS 서버로 아티팩트를 반입한 뒤 Nginx 트래픽 Draining, Symlink 원자적 스왑, Actuator 헬스 프로브 검증을 거쳐 무중단으로 배포를 완결함.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02 · PROCESS &amp;amp; CI/CD RUNTIME PIPELINE VIEW (8-STAGE SEQUENCE)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[프로세스 뷰] 표준 8단계 CI/CD 빌드 및 무중단 롤링 배포 파이프라인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589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deploy-pipeline-sequenc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58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2 프로세스 뷰 — 표준 8단계 CI/CD 빌드 및 무중단 롤링 배포 파이프라인 시퀀스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단계별 CI/CD 파이프라인 실행 계약 및 실패 시 대응 명세표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단계명 (Stage)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수행 주체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입력 계약 (Input)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상세 실행 규칙 및 타임아웃/검증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출력 산출물 및 실패 시 처리 (Failure Action)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SCM Trigger &amp; Checkout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 → Jenkins Controller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 Tag(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v1.4.2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release/*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Merge 이벤트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Git Webhook 수신 후 해당 Commit SHA 체크아웃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 describe --tags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빌드 번호 조합으로 고유 아티팩트 버전(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1.4.2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확정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버전 메타데이터 확정 / 브랜치 정책 위반 시 파이프라인 즉시 거부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Compile &amp; Unit Test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Jenkins Build Agent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Gradle/Maven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소스코드 + Nexus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maven-public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의존성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./gradlew clean test bootJar -x integrationTest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실행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외부 인터넷 연결 없이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사내 Nexus Proxy 저장소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통해서만 라이브러리 다운로드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실행 가능한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bootJar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생성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META-INF/build-info.properties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내장) / 테스트 1건이라도 실패 시 즉시 중단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SonarQube &amp; Security Gate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SonarQube Scanner + Trivy/Dependency-Check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컴파일 클래스 + 의존성 트리(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build.gradle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정적 코드 분석(Bugs, Vulnerabilities, Code Smell) 및 신규 코드 커버리지(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≥ 80%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검증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waitForQualityGate(abortPipeline: true)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동기 대기 (타임아웃 5분)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SonarQube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판정 / 기준 미달 또는 High/Critical CVE 검출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Nexus 업로드 원천 차단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Nexus Artifact Publish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Jenkins Agent → Nexus 3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검증 완료된 Fat JAR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pom.xml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./gradlew publish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명령으로 Nexus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호스티드 저장소에 업로드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업로드 즉시 Nexus가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MD5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SHA-1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`SHA-256` 해시 체크섬 파일(`.jar.sha256`)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자동 생성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불변 아티팩트 URL 확정 / 동일 버전 중복 업로드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400 Bad Request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거부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Target Artifact Pull &amp; Verify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Jenkins SSH Runner → Target WAS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아티팩트 버전(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1.4.2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+ Nexus Read 자격증명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타겟 WAS 서버의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/app/{svc}/releases/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경로로 Fat JAR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.sha256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파일 다운로드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`sha256sum -c`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명령으로 Nexus 원본과 다운로드된 바이너리의 바이트 무결성 100% 대조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무결성 검증 통과 / 체크섬 불일치 시 손상 파일 즉시 삭제 및 배포 중단(트래픽 영향 0%)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Nginx Upstream Traffic Drain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Deploy Script → Nginx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배포 대상 노드 ID (예: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WAS-Node-1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앞단 Nginx 업스트림 설정에서 대상 노드를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down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(비활성) 상태로 전환 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nginx -s reload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실행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이미 유입된 잔여 요청이 도달할 수 있도록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3초간 안정화 대기(`sleep 3`)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신규 요청 유입 0건 상태 확보 (나머지 활성 WAS 노드가 트래픽 100% 정상 처리)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7`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Graceful Stop &amp; Symlink Swap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Embedded Tomcat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SIGTERM(15)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시그널 + 신규 Fat JAR 경로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systemctl stop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호출 시 Embedded Tomcat이 신규 커넥션을 거부하고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진행 중인 요청을 최대 30초간 완료 처리(Graceful Shutdown)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ln -sfn /app/{svc}/releases/app-1.4.2.jar /app/{svc}/current/app.jar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심볼릭 링크 교체 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systemctl start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기동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신규 버전 JVM 프로세스 기동 / 30초 내 미종료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SIGKILL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후 기동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8`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Actuator Probe &amp; Traffic Live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Deploy Script → Actuator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→ Nginx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GET http://127.0.0.1:8081/actuator/health/readiness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2초 주기로 최대 30회(60초) Readiness 엔드포인트 폴링하여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{"status":"UP"}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응답 확인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UP 확인 즉시 Nginx 업스트림에 대상 노드를 재투입(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reload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)하고 다음 노드(Node-2) 배포로 진행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성공 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다음 노드 롤링 진행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실패 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즉시 직전 JAR로 Symlink 복원 및 자동 롤백 수행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제4장. 데이터 및 영속성 아키텍처 설계 (4. Data &amp; Persistence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Nexus 3단 아티팩트 저장소 계층 및 타겟 서버 파일시스템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배포 데이터 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배포 아키텍처에서의 핵심 영속 데이터는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빌드 바이너리 아티팩트(Nexus Repository)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타겟 서버 릴리스 디렉토리 및 심볼릭 링크 상태(`/app/{service}`)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런타임 로그(`access_log`, `app.json.log`)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그리고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무중단 배포를 위한 하위 호환 데이터베이스 스키마(Flyway Migration)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구성됨.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03 · NEXUS REPOSITORY HIERARCHY &amp;amp; TARGET SERVER FILESYSTEM ARCHITECTURE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[데이터 뷰] Nexus 저장소 계층 및 타겟 서버 디렉토리·Symlink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deploy-artifact-layou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3 데이터 뷰 — Sonatype Nexus 3 저장소 계층 및 타겟 서버 디렉토리·Symlink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아티팩트 저장소, 설정·로그 볼륨 및 DB 마이그레이션 정책 명세표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저장소 / 데이터 계층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기술 / 경로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저장 대상 및 네이밍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보존 주기(Retention) 및 정합성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장애 및 용량 고갈 대응 설계 (Fallback)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`DEPLOY-DATA-01`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Nexus Release Repo (`maven-releases`)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Sonatype Nexus 3 (Blob Store: S3 / Enterprise NAS)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운영/스테이징 배포용 정식 Fat JAR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com/company/{svc}/{ver}/{svc}-{ver}.jar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배포 정책: `Disable redeploy` (덮어쓰기 절대 불가)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보존 정책: 최근 2년간 모든 Release 버전 영구 보존 (감사 추적용)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Blob Store 일일 증분 백업 및 Multi-AZ 스토리지 복제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Nexus 장애 시에도 타겟 서버 로컬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캐시로 즉시 롤백 가능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`DEPLOY-DATA-02`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Nexus Snapshot &amp; Proxy (`snapshots` / `proxy`)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Sonatype Nexus 3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maven-snapshots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maven-central-proxy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개발 브랜치 수시 빌드본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*-SNAPSHOT.jar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외부 Maven Central 오픈소스 캐시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Snapshot 보존: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최근 30일 또는 마지막 10개 빌드만 유지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후 Nexus Cleanup Task로 자동 삭제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Proxy 캐시: 외부 저장소 장애 시에도 로컬 캐시로 100% 빌드 보장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매주 일요일 03:00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Compact blob store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작업 스케줄링으로 삭제된 스냅샷의 물리 디스크 공간 회수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`DEPLOY-DATA-03`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타겟 WAS 로컬 릴리스 및 설정 (`/app/{service}`)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Linux XFS/EXT4 전용 파티션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/app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releases/app-{ver}.jar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(실행 바이너리)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current/app.jar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(Symlink)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config/application-{profile}.yml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로컬 JAR 보존: 최근 5개 배포 버전만 유지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(배포 성공 시 오래된 JAR 자동 삭제 스크립트 실행)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설정 파일은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chmod 600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비인가 열람 차단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배포 도중 네트워크 단절이나 Nexus 장애가 발생하더라도 로컬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releases/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보관된 직전 4개 버전으로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네트워크 통신 없이 3초 내 롤백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`DEPLOY-DATA-04`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애플리케이션·톰캣 로그 및 힙덤프 (`/logs/{service}`)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별도 마운트 볼륨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/logs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+ Logback / Tomcat AccessLog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app.json.log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(비즈니스 로그)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access_log.%d.log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(HTTP 요청/응답 시간)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dump/heapdump.hprof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(OOM 덤프)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OS 영역(`/`) 및 앱 영역(`/app`)과 물리 디스크 파티션 분리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(로그 폭주 시 OS 마비 방지)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일별 롤링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gzip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압축, 로컬 14일 보관 (장기 보관은 Promtail → Loki 전송)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•Logback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totalSizeCap: 20GB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Tomcat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maxDays: 14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강제 설정으로 디스크 사용률 80% 초과 원천 방지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`DEPLOY-DATA-05`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하위 호환 DB 스키마 버전 (`flyway_schema_history`)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Flyway + RDBMS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V{버전}__{설명}.sql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롤링 배포 중 구버전(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v1.4.1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)과 신버전(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v1.4.2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WAS가 동시에 바라보는 DB 스키마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Expand-and-Contract (확장 후 축소) 원칙 강제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롤링 배포 중 구버전 파드가 죽지 않도록 컬럼 삭제(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DROP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)/이름 변경(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RENAME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금지,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NULL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허용 컬럼 추가(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)만 허용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스키마 변경과 코드 배포를 분리하여, 구버전 호환 스키마 선반영 후 애플리케이션 롤링 배포 실패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DB 복구 없이 애플리케이션만 단독 롤백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가능하도록 설계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제5장. 물리 배포 및 회복탄력성·관측성 설계 (5. Deployment, Resilience &amp; Observability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5.1 Multi-Node 무중단 롤링 배포 물리 토폴로지 및 관측성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 배치 및 런타임 제어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배포 제어망(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CI/CD Control Plane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)의 Jenkins와 Nexus는 배포 전용 보안 채널(SSH)을 통해 운영망(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Production WAS Farm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)의 Nginx 및 다중 WAS 노드(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Group A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/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Group B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)를 순차 제어하며, 모든 Embedded Tomcat 인스턴스는 Actuator 헬스 프로브와 Prometheus/Grafana 관측성 스택에 실시간 연결됨.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04 · ZERO-DOWNTIME ROLLING DEPLOYMENT TOPOLOGY &amp;amp; EMBEDDED TOMCAT TUNING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[배포 뷰] 무중단 롤링 배포 런타임 토폴로지 및 관측성 설계도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deploy-runtime-topolog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4 배포 뷰 — Multi-Node 무중단 롤링 배포 물리 토폴로지 및 Embedded Tomcat 관측성 설계도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5.2 무중단 트래픽 드레이닝(Draining), Embedded Tomcat 튜닝 및 자동 롤백 설계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cd-rolling-deploy-resilienc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무중단 롤링 배포 트래픽 스위칭, Graceful Shutdown 및 심볼릭 링크 즉시 롤백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Embedded Tomcat · JVM · 무중단 배포 엔지니어링 파라미터 명세표 (Runtime Tuning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규격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설계 영역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대상 컴포넌트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설정 파라미터 및 임계치 명세 (Parameter Specification)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동작 원리 및 장애 격리 규칙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`TOMCAT-RES-01`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Embedded Tomcat 스레드풀 및 커넥션 튜닝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server.tomcat.*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server.tomcat.threads.max: 200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min-spare: 50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server.tomcat.max-connections: 8192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(NIO Poller 최대 동시 소켓)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server.tomcat.accept-count: 100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(OS SYN/Accept 대기열)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server.tomcat.connection-timeout: 5000ms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keep-alive-timeout: 20000ms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유휴 상태에서 최소 50개 워커 스레드를 선할당(Warm-up)하여 초기 트래픽 스파이크 시 스레드 생성 지연 제거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Nginx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keepalive_timeout(15s)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보다 Tomcat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keep-alive-timeout(20s)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5초 더 길게 설정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하여 커넥션 재사용 중 Race Condition에 의한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502 Bad Gateway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원천 방지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`TOMCAT-RES-02`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Graceful Shutdown 및 시스템 데몬 종료 규격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Spring Boot 3.3 + Linux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server.shutdown: graceful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spring.lifecycle.timeout-per-shutdown-phase: 30s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유닛: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KillSignal=SIGTERM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TimeoutStopSec=40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SuccessExitStatus=143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systemctl stop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시 Tomcat이 먼저 네트워크 리스너를 닫아 신규 요청을 차단하고, 현재 실행 중인 컨트롤러/트랜잭션이 끝날 때까지 최대 30초 대기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TimeoutStopSec(40s)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는 반드시 Spring 유예 시간(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30s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)보다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10초 이상 크게 설정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하여 강제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SIGKILL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인한 트랜잭션 파손 방지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`TOMCAT-RES-03`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프로덕션 JVM 메모리 및 GC/OOM 보호 규격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OpenJDK 21 LTS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config/env.conf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-Xms4g -Xmx4g -XX:MetaspaceSize=256m -XX:MaxMetaspaceSize=512m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-XX:+UseG1GC -XX:MaxGCPauseMillis=100 -XX:+ParallelRefProcEnabled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-XX:+HeapDumpOnOutOfMemoryError -XX:HeapDumpPath=/logs/{svc}/dump/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-XX:+ExitOnOutOfMemoryError -Djava.security.egd=file:/dev/./urandom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Xmx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동일하게 고정하여 런타임 힙 리사이징 오버헤드 제거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OOM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 시 좀비 상태로 행(Hang)이 걸리지 않도록 힙덤프를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/logs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 기록한 즉시 프로세스를 종료(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ExitOnOutOfMemoryError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)시키고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 Restart=on-failure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즉각 재기동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`TOMCAT-RES-04`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Actuator 포트 분리 및 관측성(Observability)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Actuator + Micrometer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management.server.port: 8081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(외부 Nginx 미노출, 내부 관리망 전용)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management.endpoint.health.probes.enabled: 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liveness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readiness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management.metrics.enable.tomcat: 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tomcat_threads_busy_threads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수집)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비즈니스 워커 스레드풀(8080 포트)이 100% 고갈되더라도 별도 관리 포트(8081)를 통해 헬스체크 및 스레드 덤프(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/actuator/threaddump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수집 가능 보장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Busy Thread 비율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85%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5xx 응답률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0.5%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지속 시 즉시 경보 발보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제6장. 표준 인터페이스 및 코드 템플릿 명세 (6. Standard Interface &amp; Code Specification)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CI/CD 파이프라인 및 타겟 서버 배포 구성 표준 템플릿 (Reference Implementation Templates)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1] Spring Boot + Embedded Tomcat 런타임 및 Nexus 배포 설정 (`build.gradle.kts` &amp; `application-prod.yml`)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[YAML]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# File: /app/order-service/config/application-prod.yml</w:t>
              <w:br/>
              <w:t>server:</w:t>
              <w:br/>
              <w:t xml:space="preserve">  port: 8080</w:t>
              <w:br/>
              <w:t xml:space="preserve">  shutdown: graceful                                  # [필수] 우아한 종료 활성화 (SIGTERM 수신 시 In-flight 요청 대기)</w:t>
              <w:br/>
              <w:t xml:space="preserve">  tomcat:</w:t>
              <w:br/>
              <w:t xml:space="preserve">    threads:</w:t>
              <w:br/>
              <w:t xml:space="preserve">      max: 200                                        # 최대 워커 스레드 수</w:t>
              <w:br/>
              <w:t xml:space="preserve">      min-spare: 50                                   # 상시 유지 최소 스레드 수</w:t>
              <w:br/>
              <w:t xml:space="preserve">    max-connections: 8192                             # NIO 최대 동시 연결 수</w:t>
              <w:br/>
              <w:t xml:space="preserve">    accept-count: 100                                 # 스레드 포화 시 OS 소켓 큐 대기열 크기</w:t>
              <w:br/>
              <w:t xml:space="preserve">    connection-timeout: 5000ms</w:t>
              <w:br/>
              <w:t xml:space="preserve">    keep-alive-timeout: 20000ms                       # 앞단 Nginx keepalive_timeout(15s)보다 크게 설정 (502 에러 방지)</w:t>
              <w:br/>
              <w:t xml:space="preserve">    max-keep-alive-requests: 1000</w:t>
              <w:br/>
              <w:t xml:space="preserve">    basedir: /app/order-service/work                  # OS /tmp 자동 삭제(tmpwatch)로 인한 Multipart 업로드 오류 방지</w:t>
              <w:br/>
              <w:t xml:space="preserve">    accesslog:</w:t>
              <w:br/>
              <w:t xml:space="preserve">      enabled: true</w:t>
              <w:br/>
              <w:t xml:space="preserve">      directory: /logs/order-service</w:t>
              <w:br/>
              <w:t xml:space="preserve">      prefix: access_log</w:t>
              <w:br/>
              <w:t xml:space="preserve">      suffix: .log</w:t>
              <w:br/>
              <w:t xml:space="preserve">      file-date-format: .yyyy-MM-dd</w:t>
              <w:br/>
              <w:t xml:space="preserve">      pattern: '%h %l %u %t "%r" %s %b %D "%{X-Forwarded-For}i" "%{X-B3-TraceId}i"'</w:t>
              <w:br/>
              <w:br/>
              <w:t>spring:</w:t>
              <w:br/>
              <w:t xml:space="preserve">  lifecycle:</w:t>
              <w:br/>
              <w:t xml:space="preserve">    timeout-per-shutdown-phase: 30s                   # Graceful Shutdown 최대 대기 시간 (30초)</w:t>
              <w:br/>
              <w:t xml:space="preserve">  jpa:</w:t>
              <w:br/>
              <w:t xml:space="preserve">    open-in-view: false</w:t>
              <w:br/>
              <w:br/>
              <w:t>management:</w:t>
              <w:br/>
              <w:t xml:space="preserve">  server:</w:t>
              <w:br/>
              <w:t xml:space="preserve">    port: 8081                                        # [보안] 관리/헬스체크 포트 분리 (외부 노출 차단)</w:t>
              <w:br/>
              <w:t xml:space="preserve">  endpoint:</w:t>
              <w:br/>
              <w:t xml:space="preserve">    health:</w:t>
              <w:br/>
              <w:t xml:space="preserve">      probes:</w:t>
              <w:br/>
              <w:t xml:space="preserve">        enabled: true                                 # /actuator/health/liveness, /actuator/health/readiness 활성화</w:t>
              <w:br/>
              <w:t xml:space="preserve">      show-details: when-authorized</w:t>
              <w:br/>
              <w:t xml:space="preserve">  endpoints:</w:t>
              <w:br/>
              <w:t xml:space="preserve">    web:</w:t>
              <w:br/>
              <w:t xml:space="preserve">      exposure:</w:t>
              <w:br/>
              <w:t xml:space="preserve">        include: health,info,prometheus,metrics,threaddump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2] Jenkins 선언적 CI/CD 파이프라인 (`Jenkinsfile` — Git → Gradle → SonarQube → Nexus → Rolling Deploy)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[GROOVY]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// File: Jenkinsfile (Declarative Pipeline for Spring Boot + Nexus + Embedded Tomcat)</w:t>
              <w:br/>
              <w:t>pipeline {</w:t>
              <w:br/>
              <w:t xml:space="preserve">    agent { label 'linux-jdk21-agent' }</w:t>
              <w:br/>
              <w:t xml:space="preserve">    options {</w:t>
              <w:br/>
              <w:t xml:space="preserve">        timeout(time: 15, unit: 'MINUTES')</w:t>
              <w:br/>
              <w:t xml:space="preserve">        disableConcurrentBuilds()                     // 동일 파이프라인 동시 배포 충돌 방지</w:t>
              <w:br/>
              <w:t xml:space="preserve">        buildDiscarder(logRotator(numToKeepStr: '30'))</w:t>
              <w:br/>
              <w:t xml:space="preserve">    }</w:t>
              <w:br/>
              <w:t xml:space="preserve">    parameters {</w:t>
              <w:br/>
              <w:t xml:space="preserve">        choice(name: 'TARGET_ENV', choices: ['staging', 'prod'], description: '배포 대상 환경')</w:t>
              <w:br/>
              <w:t xml:space="preserve">        string(name: 'RELEASE_VERSION', defaultValue: '1.4.2', description: '배포 아티팩트 버전 (SemVer)')</w:t>
              <w:br/>
              <w:t xml:space="preserve">        booleanParam(name: 'ROLLBACK_MODE', defaultValue: false, description: '긴급 롤백 실행 여부')</w:t>
              <w:br/>
              <w:t xml:space="preserve">    }</w:t>
              <w:br/>
              <w:t xml:space="preserve">    environment {</w:t>
              <w:br/>
              <w:t xml:space="preserve">        APP_NAME       = 'order-service'</w:t>
              <w:br/>
              <w:t xml:space="preserve">        GROUP_PATH     = 'com/company/order'</w:t>
              <w:br/>
              <w:t xml:space="preserve">        NEXUS_BASE_URL = 'https://nexus.internal.company.com/repository/maven-releases'</w:t>
              <w:br/>
              <w:t xml:space="preserve">    }</w:t>
              <w:br/>
              <w:t xml:space="preserve">    stages {</w:t>
              <w:br/>
              <w:t xml:space="preserve">        stage('1. SCM Checkout &amp; Build Info') {</w:t>
              <w:br/>
              <w:t xml:space="preserve">            when { expression { !params.ROLLBACK_MODE } }</w:t>
              <w:br/>
              <w:t xml:space="preserve">            steps {</w:t>
              <w:br/>
              <w:t xml:space="preserve">                checkout scm</w:t>
              <w:br/>
              <w:t xml:space="preserve">                sh "./gradlew --version"</w:t>
              <w:br/>
              <w:t xml:space="preserve">            }</w:t>
              <w:br/>
              <w:t xml:space="preserve">        }</w:t>
              <w:br/>
              <w:t xml:space="preserve">        stage('2. Unit Test &amp; Fat JAR Package') {</w:t>
              <w:br/>
              <w:t xml:space="preserve">            when { expression { !params.ROLLBACK_MODE } }</w:t>
              <w:br/>
              <w:t xml:space="preserve">            steps {</w:t>
              <w:br/>
              <w:t xml:space="preserve">                withCredentials([usernamePassword(credentialsId: 'nexus-maven-cred', usernameVariable: 'NEXUS_USER', passwordVariable: 'NEXUS_PASS')]) {</w:t>
              <w:br/>
              <w:t xml:space="preserve">                    sh "./gradlew clean test bootJar -Pversion=${params.RELEASE_VERSION} --no-daemon"</w:t>
              <w:br/>
              <w:t xml:space="preserve">                }</w:t>
              <w:br/>
              <w:t xml:space="preserve">            }</w:t>
              <w:br/>
              <w:t xml:space="preserve">            post {</w:t>
              <w:br/>
              <w:t xml:space="preserve">                always { junit '**/build/test-results/test/*.xml' }</w:t>
              <w:br/>
              <w:t xml:space="preserve">            }</w:t>
              <w:br/>
              <w:t xml:space="preserve">        }</w:t>
              <w:br/>
              <w:t xml:space="preserve">        stage('3. SonarQube Quality Gate') {</w:t>
              <w:br/>
              <w:t xml:space="preserve">            when { expression { !params.ROLLBACK_MODE } }</w:t>
              <w:br/>
              <w:t xml:space="preserve">            steps {</w:t>
              <w:br/>
              <w:t xml:space="preserve">                withSonarQubeEnv('SonarQube-Enterprise') {</w:t>
              <w:br/>
              <w:t xml:space="preserve">                    sh "./gradlew sonar -Dsonar.projectVersion=${params.RELEASE_VERSION}"</w:t>
              <w:br/>
              <w:t xml:space="preserve">                }</w:t>
              <w:br/>
              <w:t xml:space="preserve">                timeout(time: 5, unit: 'MINUTES') {</w:t>
              <w:br/>
              <w:t xml:space="preserve">                    waitForQualityGate abortPipeline: true</w:t>
              <w:br/>
              <w:t xml:space="preserve">                }</w:t>
              <w:br/>
              <w:t xml:space="preserve">            }</w:t>
              <w:br/>
              <w:t xml:space="preserve">        }</w:t>
              <w:br/>
              <w:t xml:space="preserve">        stage('4. Publish Immutable JAR to Nexus') {</w:t>
              <w:br/>
              <w:t xml:space="preserve">            when { expression { !params.ROLLBACK_MODE } }</w:t>
              <w:br/>
              <w:t xml:space="preserve">            steps {</w:t>
              <w:br/>
              <w:t xml:space="preserve">                withCredentials([usernamePassword(credentialsId: 'nexus-maven-cred', usernameVariable: 'NEXUS_USER', passwordVariable: 'NEXUS_PASS')]) {</w:t>
              <w:br/>
              <w:t xml:space="preserve">                    sh "./gradlew publish -Pversion=${params.RELEASE_VERSION} --no-daemon"</w:t>
              <w:br/>
              <w:t xml:space="preserve">                }</w:t>
              <w:br/>
              <w:t xml:space="preserve">            }</w:t>
              <w:br/>
              <w:t xml:space="preserve">        }</w:t>
              <w:br/>
              <w:t xml:space="preserve">        stage('5. Production Approval &amp; Rolling Deploy') {</w:t>
              <w:br/>
              <w:t xml:space="preserve">            steps {</w:t>
              <w:br/>
              <w:t xml:space="preserve">                script {</w:t>
              <w:br/>
              <w:t xml:space="preserve">                    if (params.TARGET_ENV == 'prod' &amp;&amp; !params.ROLLBACK_MODE) {</w:t>
              <w:br/>
              <w:t xml:space="preserve">                        input message: "[운영 배포 승인] ${APP_NAME} v${params.RELEASE_VERSION} 버전을 운영 WAS에 롤링 배포하시겠습니까?", ok: "배포 승인"</w:t>
              <w:br/>
              <w:t xml:space="preserve">                    }</w:t>
              <w:br/>
              <w:t xml:space="preserve">                    def targetHosts = (params.TARGET_ENV == 'prod') ? ['10.10.20.11', '10.10.20.12'] : ['10.20.20.11']</w:t>
              <w:br/>
              <w:t xml:space="preserve">                    def actionFlag  = params.ROLLBACK_MODE ? "--rollback" : "--deploy"</w:t>
              <w:br/>
              <w:br/>
              <w:t xml:space="preserve">                    withCredentials([usernamePassword(credentialsId: 'nexus-maven-cred', usernameVariable: 'NEXUS_USER', passwordVariable: 'NEXUS_PASS')]) {</w:t>
              <w:br/>
              <w:t xml:space="preserve">                        sshagent(credentials: ['was-deploy-ssh-key']) {</w:t>
              <w:br/>
              <w:t xml:space="preserve">                            for (host in targetHosts) {</w:t>
              <w:br/>
              <w:t xml:space="preserve">                                echo "&gt;&gt;&gt; Rolling Deploy on Target WAS Node: ${host}"</w:t>
              <w:br/>
              <w:t xml:space="preserve">                                sh """</w:t>
              <w:br/>
              <w:t xml:space="preserve">                                    ssh -o StrictHostKeyChecking=no appuser@${host} \</w:t>
              <w:br/>
              <w:t xml:space="preserve">                                        "/app/${APP_NAME}/bin/deploy-rolling.sh ${actionFlag} \</w:t>
              <w:br/>
              <w:t xml:space="preserve">                                         --version ${params.RELEASE_VERSION} \</w:t>
              <w:br/>
              <w:t xml:space="preserve">                                         --nexus-url ${NEXUS_BASE_URL}/${GROUP_PATH}/${APP_NAME}/${params.RELEASE_VERSION}/${APP_NAME}-${params.RELEASE_VERSION}.jar \</w:t>
              <w:br/>
              <w:t xml:space="preserve">                                         --nexus-user ${NEXUS_USER} --nexus-pass '${NEXUS_PASS}'"</w:t>
              <w:br/>
              <w:t xml:space="preserve">                                """</w:t>
              <w:br/>
              <w:t xml:space="preserve">                            }</w:t>
              <w:br/>
              <w:t xml:space="preserve">                        }</w:t>
              <w:br/>
              <w:t xml:space="preserve">                    }</w:t>
              <w:br/>
              <w:t xml:space="preserve">                }</w:t>
              <w:br/>
              <w:t xml:space="preserve">            }</w:t>
              <w:br/>
              <w:t xml:space="preserve">        }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3] 타겟 WAS `systemd` 데몬 유닛 및 무중단 롤링 배포·롤백 스크립트 (`spring-app.service` &amp; `deploy-rolling.sh`)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[INI]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# File: /etc/systemd/system/order-service.service</w:t>
              <w:br/>
              <w:t>[Unit]</w:t>
              <w:br/>
              <w:t>Description=Spring Boot Embedded Tomcat Service (order-service)</w:t>
              <w:br/>
              <w:t>After=network-online.target</w:t>
              <w:br/>
              <w:t>Wants=network-online.target</w:t>
              <w:br/>
              <w:br/>
              <w:t>[Service]</w:t>
              <w:br/>
              <w:t>Type=simple</w:t>
              <w:br/>
              <w:t>User=appuser</w:t>
              <w:br/>
              <w:t>Group=appgroup</w:t>
              <w:br/>
              <w:t>WorkingDirectory=/app/order-service</w:t>
              <w:br/>
              <w:t>EnvironmentFile=/app/order-service/config/env.conf</w:t>
              <w:br/>
              <w:t>ExecStart=/usr/lib/jvm/temurin-21-jdk/bin/java $JAVA_OPTS \</w:t>
              <w:br/>
              <w:t xml:space="preserve">    -jar /app/order-service/current/app.jar \</w:t>
              <w:br/>
              <w:t xml:space="preserve">    --spring.profiles.active=prod \</w:t>
              <w:br/>
              <w:t xml:space="preserve">    --spring.config.additional-location=optional:file:/app/order-service/config/</w:t>
              <w:br/>
              <w:t>KillMode=process</w:t>
              <w:br/>
              <w:t>KillSignal=SIGTERM</w:t>
              <w:br/>
              <w:t>TimeoutStopSec=40</w:t>
              <w:br/>
              <w:t>SuccessExitStatus=143</w:t>
              <w:br/>
              <w:t>Restart=on-failure</w:t>
              <w:br/>
              <w:t>RestartSec=5</w:t>
              <w:br/>
              <w:t>LimitNOFILE=65536</w:t>
              <w:br/>
              <w:t>LimitNPROC=16384</w:t>
              <w:br/>
              <w:br/>
              <w:t>[Install]</w:t>
              <w:br/>
              <w:t>WantedBy=multi-user.target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[BASH]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#!/usr/bin/env bash</w:t>
              <w:br/>
              <w:t># File: /app/order-service/bin/deploy-rolling.sh</w:t>
              <w:br/>
              <w:t>set -euo pipefail</w:t>
              <w:br/>
              <w:br/>
              <w:t>APP_NAME="order-service"</w:t>
              <w:br/>
              <w:t>APP_HOME="/app/${APP_NAME}"</w:t>
              <w:br/>
              <w:t>RELEASES_DIR="${APP_HOME}/releases"</w:t>
              <w:br/>
              <w:t>CURRENT_LINK="${APP_HOME}/current/app.jar"</w:t>
              <w:br/>
              <w:t>NGINX_DRAIN_FLAG="/etc/nginx/drain/${APP_NAME}.drain"</w:t>
              <w:br/>
              <w:t>HEALTH_URL="http://127.0.0.1:8081/actuator/health/readiness"</w:t>
              <w:br/>
              <w:br/>
              <w:t>MODE="${1:---deploy}"</w:t>
              <w:br/>
              <w:t>VERSION="${3:-}"</w:t>
              <w:br/>
              <w:t>NEXUS_JAR_URL="${5:-}"</w:t>
              <w:br/>
              <w:t>NEXUS_USER="${7:-}"</w:t>
              <w:br/>
              <w:t>NEXUS_PASS="${9:-}"</w:t>
              <w:br/>
              <w:br/>
              <w:t>drain_traffic() {</w:t>
              <w:br/>
              <w:t xml:space="preserve">    echo "[STEP 6] Draining L7 traffic from current WAS node..."</w:t>
              <w:br/>
              <w:t xml:space="preserve">    touch "${NGINX_DRAIN_FLAG}" &amp;&amp; sudo /usr/sbin/nginx -s reload</w:t>
              <w:br/>
              <w:t xml:space="preserve">    sleep 3</w:t>
              <w:br/>
              <w:t>}</w:t>
              <w:br/>
              <w:br/>
              <w:t>undrain_traffic() {</w:t>
              <w:br/>
              <w:t xml:space="preserve">    echo "[STEP 8] Restoring L7 traffic to current WAS node..."</w:t>
              <w:br/>
              <w:t xml:space="preserve">    rm -f "${NGINX_DRAIN_FLAG}" &amp;&amp; sudo /usr/sbin/nginx -s reload</w:t>
              <w:br/>
              <w:t>}</w:t>
              <w:br/>
              <w:br/>
              <w:t>wait_for_readiness() {</w:t>
              <w:br/>
              <w:t xml:space="preserve">    for i in $(seq 1 30); do</w:t>
              <w:br/>
              <w:t xml:space="preserve">        STATUS=$(curl -sf "${HEALTH_URL}" | grep -o '"status":"UP"' || true)</w:t>
              <w:br/>
              <w:t xml:space="preserve">        if [[ "${STATUS}" == '"status":"UP"' ]]; then</w:t>
              <w:br/>
              <w:t xml:space="preserve">            echo "[OK] Embedded Tomcat Readiness UP verified (attempt ${i}/30)."</w:t>
              <w:br/>
              <w:t xml:space="preserve">            return 0</w:t>
              <w:br/>
              <w:t xml:space="preserve">        fi</w:t>
              <w:br/>
              <w:t xml:space="preserve">        sleep 2</w:t>
              <w:br/>
              <w:t xml:space="preserve">    done</w:t>
              <w:br/>
              <w:t xml:space="preserve">    return 1</w:t>
              <w:br/>
              <w:t>}</w:t>
              <w:br/>
              <w:br/>
              <w:t>rollback_previous() {</w:t>
              <w:br/>
              <w:t xml:space="preserve">     PREV_JAR=$(ls -1t "${RELEASES_DIR}"/${APP_NAME}-*.jar | sed -n '2p')</w:t>
              <w:br/>
              <w:t xml:space="preserve">    echo "[ROLLBACK] Reverting symlink to previous golden artifact: ${PREV_JAR}"</w:t>
              <w:br/>
              <w:t xml:space="preserve">    ln -sfn "${PREV_JAR}" "${CURRENT_LINK}"</w:t>
              <w:br/>
              <w:t xml:space="preserve">    sudo /bin/systemctl restart "${APP_NAME}.service"</w:t>
              <w:br/>
              <w:t xml:space="preserve">    wait_for_readiness &amp;&amp; undrain_traffic</w:t>
              <w:br/>
              <w:t>}</w:t>
              <w:br/>
              <w:br/>
              <w:t>if [[ "${MODE}" == "--rollback" ]]; then</w:t>
              <w:br/>
              <w:t xml:space="preserve">    drain_traffic</w:t>
              <w:br/>
              <w:t xml:space="preserve">    rollback_previous</w:t>
              <w:br/>
              <w:t xml:space="preserve">    exit 0</w:t>
              <w:br/>
              <w:t>fi</w:t>
              <w:br/>
              <w:br/>
              <w:t># [STEP 5] Nexus에서 불변 아티팩트 및 SHA-256 체크섬 다운로드 후 무결성 대조</w:t>
              <w:br/>
              <w:t>TARGET_JAR="${RELEASES_DIR}/${APP_NAME}-${VERSION}.jar"</w:t>
              <w:br/>
              <w:t>curl -fSL -u "${NEXUS_USER}:${NEXUS_PASS}" -o "${TARGET_JAR}" "${NEXUS_JAR_URL}"</w:t>
              <w:br/>
              <w:t>curl -fSL -u "${NEXUS_USER}:${NEXUS_PASS}" -o "${TARGET_JAR}.sha256" "${NEXUS_JAR_URL}.sha256"</w:t>
              <w:br/>
              <w:t>echo "$(cat "${TARGET_JAR}.sha256")  ${TARGET_JAR}" | sha256sum -c -</w:t>
              <w:br/>
              <w:br/>
              <w:t># [STEP 6 &amp; 7] 트래픽 Draining → Graceful Shutdown → Symlink 원자적 스왑 → 기동</w:t>
              <w:br/>
              <w:t>drain_traffic</w:t>
              <w:br/>
              <w:t>sudo /bin/systemctl stop "${APP_NAME}.service"</w:t>
              <w:br/>
              <w:t>ln -sfn "${TARGET_JAR}" "${CURRENT_LINK}"</w:t>
              <w:br/>
              <w:t>sudo /bin/systemctl start "${APP_NAME}.service"</w:t>
              <w:br/>
              <w:br/>
              <w:t># [STEP 8] Readiness 헬스체크 검증 (실패 시 자동 롤백)</w:t>
              <w:br/>
              <w:t>if wait_for_readiness; then</w:t>
              <w:br/>
              <w:t xml:space="preserve">    undrain_traffic</w:t>
              <w:br/>
              <w:t xml:space="preserve">    ls -1t "${RELEASES_DIR}"/${APP_NAME}-*.jar | tail -n +6 | xargs -r rm -f</w:t>
              <w:br/>
              <w:t xml:space="preserve">    echo "[SUCCESS] Deployment of ${APP_NAME} v${VERSION} completed with zero downtime."</w:t>
              <w:br/>
              <w:t>else</w:t>
              <w:br/>
              <w:t xml:space="preserve">    echo "[ERROR] Readiness check failed! Initiating automatic rollback..."</w:t>
              <w:br/>
              <w:t xml:space="preserve">    rollback_previous</w:t>
              <w:br/>
              <w:t xml:space="preserve">    exit 1</w:t>
              <w:br/>
              <w:t>fi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제7장. 아키텍처 적합성 검증 및 기술 스택 명세 (7. Architecture Fitness &amp; Tech Stack BOM)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7.1 배포 파이프라인 및 런타임 적합성 자동 검증 규칙 (Deployment Fitness Functions)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모든 Spring Boot 서비스 리포지토리와 타겟 WAS 서버는 아래 5대 배포 적합성 검증 규칙(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DEPLOY-RULE-01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DEPLOY-RULE-05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)을 준수해야 하며, Jenkins 파이프라인 사전 검증(Pre-flight Check) 단계에서 단 1건이라도 위반 시 배포가 즉시 차단됨.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규칙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배포 적합성 검증 규칙명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대상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위반 판정 조건 (Violation Condition)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강제 수준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`DEPLOY-RULE-01`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Nexus Release 덮어쓰기 및 SNAPSHOT 운영 배포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Jenkinsfile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build.gradle.kts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Nexus Repo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운영(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배포 버전에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-SNAPSHOT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포함되거나, Nexus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 동일 버전 재배포가 시도될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(배포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`DEPLOY-RULE-02`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소스 리포지토리 내 평문 시크릿 및 환경 IP 하드코딩 금지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src/main/resources/*.yml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Git Commit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내부에 평문 DB 비밀번호, JWT Secret, 운영 DB IP가 하드코딩되어 있을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`DEPLOY-RULE-03`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Embedded Tomcat Graceful Shutdown 및 임시 디렉토리 분리 필수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application.yml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spring-app.service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server.shutdown: graceful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누락되거나,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 TimeoutStopSec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가 Spring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timeout-per-shutdown-phase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이하로 설정될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`DEPLOY-RULE-04`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타겟 WAS `root` 계정 기동 금지 및 체크섬 검증 강제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spring-app.service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deploy-rolling.sh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유닛의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User=root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로 설정되거나, 배포 스크립트에서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sha256sum -c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무결성 검증이 생략될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(배포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`DEPLOY-RULE-05`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Actuator 관리 포트 분리 및 Readiness 프로브 활성화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application-prod.yml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비즈니스 포트(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)와 Actuator 포트(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)가 분리되지 않거나,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probes.enabled: 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비활성화될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Critical (PR 차단)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7.2 전사 표준 빌드·배포·런타임 기술 스택 명세서 (Standard CI/CD &amp; Runtime BOM)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기술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채택 기술 (Artifact / Engine)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버전 (BOM)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역할 및 필수 구성 규격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Source Control (SCM)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GitLab Enterprise / GitHub Enterprise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Git 2.45+ (SemVer 2.0)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Protected Branch(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release/*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Merge Request 코드리뷰, Webhook 트리거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CI/CD Orchestrator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Jenkins LTS (Controller + Agent Pool)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v2.462.x LTS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Declarative Pipeline(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Jenkinsfile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Credentials Binding, SSH Agent, RBAC 승인 게이트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Build &amp; Code Quality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Gradle (Kotlin DSL) + SonarQube LTS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Gradle 8.10 / Sonar 9.9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spring-boot-gradle-plugin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JUnit 5 커버리지(JaCoCo ≥ 80%),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maven-publish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플러그인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Artifact Repository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Sonatype Nexus Repository Manager 3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v3.70.x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maven-central-proxy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maven-snapshots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maven-releases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(Redeploy 금지, SHA-256 검증)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Application &amp; Embedded WAS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+ Embedded Apache Tomcat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Boot 3.3.x / Tomcat 10.1.x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Executable Fat JAR,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server.shutdown=graceful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NIO Connector(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max-threads=200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Java Runtime (JVM)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Eclipse Temurin OpenJDK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Java 21 LTS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-Xms4g -Xmx4g -XX:+UseG1GC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-XX:+HeapDumpOnOutOfMemoryError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-XX:+ExitOnOutOfMemoryError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Reverse Proxy &amp; Process Manager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Nginx Stable + Linux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systemd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Nginx 1.26 / RHEL 9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Upstream Draining(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keepalive 64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SIGTERM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우아한 종료(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TimeoutStopSec=40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ln -sfn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Symlink 스왑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Health Probe &amp; Observability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Boot Actuator + Prometheus + Loki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Micrometer 1.13.x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관리 포트 분리(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8081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/actuator/health/readiness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Tomcat 스레드/커넥션 메트릭 및 JSON 로그 수집</w:t>
            </w:r>
          </w:p>
        </w:tc>
      </w:tr>
    </w:tbl>
    <w:p>
      <w:pPr>
        <w:spacing w:before="0" w:after="80"/>
      </w:pP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